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31"/>
        <w:gridCol w:w="5131"/>
      </w:tblGrid>
      <w:tr>
        <w:trPr>
          <w:cantSplit/>
          <w:trHeight w:hRule="exact"/>
        </w:trPr>
        <w:tc>
          <w:tcPr>
            <w:tcW w:type="dxa" w:w="7257"/>
            <w:tcBorders>
              <w:top w:val="nil" w:sz="8" w:color="C9D1DA" w:space="0"/>
              <w:left w:val="nil" w:sz="8" w:color="C9D1DA" w:space="0"/>
              <w:bottom w:val="nil" w:sz="8" w:color="C9D1DA" w:space="0"/>
              <w:right w:val="nil" w:sz="8" w:color="C9D1DA" w:space="0"/>
              <w:insideH w:val="single" w:sz="0" w:color="FFFFFF"/>
              <w:insideV w:val="single" w:sz="0" w:color="FFFFFF"/>
            </w:tcBorders>
            <w:shd w:fill="FFFFFF"/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keepNext w:val="0"/>
              <w:keepLines/>
              <w:spacing w:after="0" w:before="0" w:line="240" w:lineRule="auto"/>
            </w:pPr>
            <w:r>
              <w:rPr>
                <w:rFonts w:ascii="Aptos Display" w:hAnsi="Aptos Display"/>
                <w:b/>
                <w:color w:val="102A43"/>
                <w:sz w:val="40"/>
              </w:rPr>
              <w:t>ÇİN VİZE BİLGİ FORMU</w:t>
            </w:r>
            <w:r>
              <w:rPr>
                <w:rFonts w:ascii="Aptos" w:hAnsi="Aptos"/>
                <w:color w:val="6B7280"/>
                <w:sz w:val="18"/>
              </w:rPr>
              <w:br/>
              <w:t>Başvuru öncesi bilgi toplama formu</w:t>
            </w:r>
          </w:p>
        </w:tc>
        <w:tc>
          <w:tcPr>
            <w:tcW w:type="dxa" w:w="2778"/>
            <w:tcBorders>
              <w:top w:val="nil" w:sz="8" w:color="C9D1DA" w:space="0"/>
              <w:left w:val="nil" w:sz="8" w:color="C9D1DA" w:space="0"/>
              <w:bottom w:val="nil" w:sz="8" w:color="C9D1DA" w:space="0"/>
              <w:right w:val="nil" w:sz="8" w:color="C9D1DA" w:space="0"/>
              <w:insideH w:val="single" w:sz="0" w:color="FFFFFF"/>
              <w:insideV w:val="single" w:sz="0" w:color="FFFFFF"/>
            </w:tcBorders>
            <w:shd w:fill="FFFFFF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keepNext w:val="0"/>
              <w:keepLines/>
              <w:spacing w:after="0" w:before="0" w:line="240" w:lineRule="auto"/>
              <w:jc w:val="right"/>
            </w:pPr>
            <w:r/>
            <w:r>
              <w:rPr>
                <w:rFonts w:ascii="Aptos" w:hAnsi="Aptos"/>
                <w:b/>
                <w:i w:val="0"/>
                <w:color w:val="9F1D2D"/>
                <w:sz w:val="17"/>
              </w:rPr>
              <w:t>FORM NO</w:t>
              <w:br/>
              <w:t>CVBF-01</w:t>
            </w:r>
          </w:p>
        </w:tc>
      </w:tr>
    </w:tbl>
    <w:p>
      <w:pPr>
        <w:spacing w:after="40"/>
        <w:jc w:val="center"/>
      </w:pPr>
      <w:r>
        <w:rPr>
          <w:rFonts w:ascii="Arial" w:hAnsi="Arial"/>
          <w:b/>
          <w:color w:val="D8DDE3"/>
          <w:sz w:val="56"/>
        </w:rPr>
        <w:t>SINVOYA</w:t>
      </w:r>
    </w:p>
    <w:p>
      <w:pPr>
        <w:spacing w:after="160"/>
        <w:jc w:val="center"/>
      </w:pPr>
      <w:r>
        <w:rPr>
          <w:rFonts w:ascii="Georgia" w:hAnsi="Georgia"/>
          <w:color w:val="D8DDE3"/>
          <w:sz w:val="18"/>
        </w:rPr>
        <w:t>Çin Vize ve Seyahat Danışmanlığı</w:t>
      </w:r>
    </w:p>
    <w:p>
      <w:pPr>
        <w:spacing w:before="60" w:after="160"/>
      </w:pPr>
      <w:r>
        <w:rPr>
          <w:rFonts w:ascii="Aptos" w:hAnsi="Aptos"/>
          <w:color w:val="6B7280"/>
          <w:sz w:val="17"/>
        </w:rPr>
        <w:t>Lütfen bilgileri eksiksiz ve okunaklı biçimde doldurun.</w:t>
      </w:r>
      <w:r>
        <w:rPr>
          <w:rFonts w:ascii="Aptos" w:hAnsi="Aptos"/>
          <w:b/>
          <w:color w:val="9F1D2D"/>
          <w:sz w:val="17"/>
        </w:rPr>
        <w:t xml:space="preserve">  * Zorunlu alan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cantSplit/>
          <w:trHeight w:hRule="exact"/>
        </w:trPr>
        <w:tc>
          <w:tcPr>
            <w:tcW w:type="dxa" w:w="10205"/>
            <w:shd w:fill="102A43"/>
            <w:tcBorders>
              <w:top w:val="single" w:sz="8" w:color="C9D1DA" w:space="0"/>
              <w:right w:val="single" w:sz="8" w:color="C9D1DA" w:space="0"/>
              <w:bottom w:val="single" w:sz="8" w:color="C9D1DA" w:space="0"/>
              <w:left w:val="single" w:sz="8" w:color="C9D1DA" w:space="0"/>
            </w:tcBorders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FFFFFF"/>
                <w:sz w:val="21"/>
              </w:rPr>
              <w:t>Bölüm 1 · Kişisel Bilgiler</w:t>
            </w:r>
          </w:p>
        </w:tc>
      </w:tr>
    </w:tbl>
    <w:p>
      <w:pPr>
        <w:spacing w:after="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31"/>
        <w:gridCol w:w="5131"/>
      </w:tblGrid>
      <w:tr>
        <w:trPr>
          <w:cantSplit/>
          <w:trHeight w:hRule="exact" w:val="522"/>
        </w:trPr>
        <w:tc>
          <w:tcPr>
            <w:tcW w:type="dxa" w:w="4734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Adı Soyadı *</w:t>
            </w:r>
          </w:p>
        </w:tc>
        <w:tc>
          <w:tcPr>
            <w:tcW w:type="dxa" w:w="5471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</w:tr>
      <w:tr>
        <w:trPr>
          <w:cantSplit/>
          <w:trHeight w:hRule="exact" w:val="522"/>
        </w:trPr>
        <w:tc>
          <w:tcPr>
            <w:tcW w:type="dxa" w:w="4734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Ev Adresi *</w:t>
            </w:r>
          </w:p>
        </w:tc>
        <w:tc>
          <w:tcPr>
            <w:tcW w:type="dxa" w:w="5471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10"/>
        <w:gridCol w:w="1710"/>
        <w:gridCol w:w="1710"/>
        <w:gridCol w:w="1710"/>
        <w:gridCol w:w="1710"/>
        <w:gridCol w:w="1710"/>
      </w:tblGrid>
      <w:tr>
        <w:trPr>
          <w:cantSplit/>
          <w:trHeight w:hRule="exact" w:val="522"/>
        </w:trPr>
        <w:tc>
          <w:tcPr>
            <w:tcW w:type="dxa" w:w="1701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Doğduğunuz Yer *</w:t>
            </w:r>
          </w:p>
        </w:tc>
        <w:tc>
          <w:tcPr>
            <w:tcW w:type="dxa" w:w="1757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Ülke</w:t>
            </w:r>
          </w:p>
        </w:tc>
        <w:tc>
          <w:tcPr>
            <w:tcW w:type="dxa" w:w="1191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  <w:tc>
          <w:tcPr>
            <w:tcW w:type="dxa" w:w="1134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İl</w:t>
            </w:r>
          </w:p>
        </w:tc>
        <w:tc>
          <w:tcPr>
            <w:tcW w:type="dxa" w:w="1191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  <w:tc>
          <w:tcPr>
            <w:tcW w:type="dxa" w:w="1531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İlçe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65"/>
        <w:gridCol w:w="2565"/>
        <w:gridCol w:w="2565"/>
        <w:gridCol w:w="2565"/>
      </w:tblGrid>
      <w:tr>
        <w:trPr>
          <w:cantSplit/>
          <w:trHeight w:hRule="exact" w:val="522"/>
        </w:trPr>
        <w:tc>
          <w:tcPr>
            <w:tcW w:type="dxa" w:w="2494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Medeni Haliniz *</w:t>
            </w:r>
          </w:p>
        </w:tc>
        <w:tc>
          <w:tcPr>
            <w:tcW w:type="dxa" w:w="2608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  <w:tc>
          <w:tcPr>
            <w:tcW w:type="dxa" w:w="2494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Cep Telefonu *</w:t>
            </w:r>
          </w:p>
        </w:tc>
        <w:tc>
          <w:tcPr>
            <w:tcW w:type="dxa" w:w="2608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65"/>
        <w:gridCol w:w="2565"/>
        <w:gridCol w:w="2565"/>
        <w:gridCol w:w="2565"/>
      </w:tblGrid>
      <w:tr>
        <w:trPr>
          <w:cantSplit/>
          <w:trHeight w:hRule="exact" w:val="522"/>
        </w:trPr>
        <w:tc>
          <w:tcPr>
            <w:tcW w:type="dxa" w:w="2494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Sabit Telefon</w:t>
            </w:r>
          </w:p>
        </w:tc>
        <w:tc>
          <w:tcPr>
            <w:tcW w:type="dxa" w:w="2608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  <w:tc>
          <w:tcPr>
            <w:tcW w:type="dxa" w:w="2494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E-posta *</w:t>
            </w:r>
          </w:p>
        </w:tc>
        <w:tc>
          <w:tcPr>
            <w:tcW w:type="dxa" w:w="2608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cantSplit/>
          <w:trHeight w:hRule="exact"/>
        </w:trPr>
        <w:tc>
          <w:tcPr>
            <w:tcW w:type="dxa" w:w="10205"/>
            <w:shd w:fill="102A43"/>
            <w:tcBorders>
              <w:top w:val="single" w:sz="8" w:color="C9D1DA" w:space="0"/>
              <w:right w:val="single" w:sz="8" w:color="C9D1DA" w:space="0"/>
              <w:bottom w:val="single" w:sz="8" w:color="C9D1DA" w:space="0"/>
              <w:left w:val="single" w:sz="8" w:color="C9D1DA" w:space="0"/>
            </w:tcBorders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FFFFFF"/>
                <w:sz w:val="21"/>
              </w:rPr>
              <w:t>Bölüm 2 · Çalışma / Kurum Bilgileri</w:t>
            </w:r>
          </w:p>
        </w:tc>
      </w:tr>
    </w:tbl>
    <w:p>
      <w:pPr>
        <w:spacing w:after="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31"/>
        <w:gridCol w:w="5131"/>
      </w:tblGrid>
      <w:tr>
        <w:trPr>
          <w:cantSplit/>
          <w:trHeight w:hRule="exact" w:val="465"/>
        </w:trPr>
        <w:tc>
          <w:tcPr>
            <w:tcW w:type="dxa" w:w="4734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İşverenin Adı *</w:t>
            </w:r>
          </w:p>
        </w:tc>
        <w:tc>
          <w:tcPr>
            <w:tcW w:type="dxa" w:w="5471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</w:tr>
      <w:tr>
        <w:trPr>
          <w:cantSplit/>
          <w:trHeight w:hRule="exact" w:val="465"/>
        </w:trPr>
        <w:tc>
          <w:tcPr>
            <w:tcW w:type="dxa" w:w="4734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İş Yerinin Adı *</w:t>
            </w:r>
          </w:p>
        </w:tc>
        <w:tc>
          <w:tcPr>
            <w:tcW w:type="dxa" w:w="5471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</w:tr>
      <w:tr>
        <w:trPr>
          <w:cantSplit/>
          <w:trHeight w:hRule="exact" w:val="465"/>
        </w:trPr>
        <w:tc>
          <w:tcPr>
            <w:tcW w:type="dxa" w:w="4734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İşverenin Adresi *</w:t>
            </w:r>
          </w:p>
        </w:tc>
        <w:tc>
          <w:tcPr>
            <w:tcW w:type="dxa" w:w="5471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</w:tr>
      <w:tr>
        <w:trPr>
          <w:cantSplit/>
          <w:trHeight w:hRule="exact" w:val="465"/>
        </w:trPr>
        <w:tc>
          <w:tcPr>
            <w:tcW w:type="dxa" w:w="4734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İşverenin Telefonu *</w:t>
            </w:r>
          </w:p>
        </w:tc>
        <w:tc>
          <w:tcPr>
            <w:tcW w:type="dxa" w:w="5471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</w:tr>
      <w:tr>
        <w:trPr>
          <w:cantSplit/>
          <w:trHeight w:hRule="exact" w:val="465"/>
        </w:trPr>
        <w:tc>
          <w:tcPr>
            <w:tcW w:type="dxa" w:w="4734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İşverenin Görevi *</w:t>
            </w:r>
          </w:p>
        </w:tc>
        <w:tc>
          <w:tcPr>
            <w:tcW w:type="dxa" w:w="5471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66"/>
        <w:gridCol w:w="1466"/>
        <w:gridCol w:w="1466"/>
        <w:gridCol w:w="1466"/>
        <w:gridCol w:w="1466"/>
        <w:gridCol w:w="1466"/>
        <w:gridCol w:w="1466"/>
      </w:tblGrid>
      <w:tr>
        <w:trPr>
          <w:cantSplit/>
          <w:trHeight w:hRule="exact" w:val="533"/>
        </w:trPr>
        <w:tc>
          <w:tcPr>
            <w:tcW w:type="dxa" w:w="3005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İşe Başlama Tarihi (Seyahat Edecek Kişi) *</w:t>
            </w:r>
          </w:p>
        </w:tc>
        <w:tc>
          <w:tcPr>
            <w:tcW w:type="dxa" w:w="1191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Gün</w:t>
            </w:r>
          </w:p>
        </w:tc>
        <w:tc>
          <w:tcPr>
            <w:tcW w:type="dxa" w:w="1020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  <w:tc>
          <w:tcPr>
            <w:tcW w:type="dxa" w:w="1020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Ay</w:t>
            </w:r>
          </w:p>
        </w:tc>
        <w:tc>
          <w:tcPr>
            <w:tcW w:type="dxa" w:w="1020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  <w:tc>
          <w:tcPr>
            <w:tcW w:type="dxa" w:w="907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Yıl</w:t>
            </w:r>
          </w:p>
        </w:tc>
        <w:tc>
          <w:tcPr>
            <w:tcW w:type="dxa" w:w="1020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cantSplit/>
          <w:trHeight w:hRule="exact"/>
        </w:trPr>
        <w:tc>
          <w:tcPr>
            <w:tcW w:type="dxa" w:w="10205"/>
            <w:shd w:fill="102A43"/>
            <w:tcBorders>
              <w:top w:val="single" w:sz="8" w:color="C9D1DA" w:space="0"/>
              <w:right w:val="single" w:sz="8" w:color="C9D1DA" w:space="0"/>
              <w:bottom w:val="single" w:sz="8" w:color="C9D1DA" w:space="0"/>
              <w:left w:val="single" w:sz="8" w:color="C9D1DA" w:space="0"/>
            </w:tcBorders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FFFFFF"/>
                <w:sz w:val="21"/>
              </w:rPr>
              <w:t>Bölüm 3 · Eğitim Bilgileri</w:t>
            </w:r>
            <w:r>
              <w:rPr>
                <w:rFonts w:ascii="Aptos" w:hAnsi="Aptos"/>
                <w:color w:val="D8E1EA"/>
                <w:sz w:val="16"/>
              </w:rPr>
              <w:t xml:space="preserve">  En son mezun olunan kurum</w:t>
            </w:r>
          </w:p>
        </w:tc>
      </w:tr>
    </w:tbl>
    <w:p>
      <w:pPr>
        <w:spacing w:after="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31"/>
        <w:gridCol w:w="5131"/>
      </w:tblGrid>
      <w:tr>
        <w:trPr>
          <w:cantSplit/>
          <w:trHeight w:hRule="exact" w:val="465"/>
        </w:trPr>
        <w:tc>
          <w:tcPr>
            <w:tcW w:type="dxa" w:w="4734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Okulun Adı *</w:t>
            </w:r>
          </w:p>
        </w:tc>
        <w:tc>
          <w:tcPr>
            <w:tcW w:type="dxa" w:w="5471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</w:tr>
      <w:tr>
        <w:trPr>
          <w:cantSplit/>
          <w:trHeight w:hRule="exact" w:val="465"/>
        </w:trPr>
        <w:tc>
          <w:tcPr>
            <w:tcW w:type="dxa" w:w="4734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Okulun Adresi</w:t>
            </w:r>
          </w:p>
        </w:tc>
        <w:tc>
          <w:tcPr>
            <w:tcW w:type="dxa" w:w="5471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</w:tr>
      <w:tr>
        <w:trPr>
          <w:cantSplit/>
          <w:trHeight w:hRule="exact" w:val="465"/>
        </w:trPr>
        <w:tc>
          <w:tcPr>
            <w:tcW w:type="dxa" w:w="4734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Okunan Bölüm</w:t>
            </w:r>
          </w:p>
        </w:tc>
        <w:tc>
          <w:tcPr>
            <w:tcW w:type="dxa" w:w="5471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cantSplit/>
          <w:trHeight w:hRule="exact"/>
        </w:trPr>
        <w:tc>
          <w:tcPr>
            <w:tcW w:type="dxa" w:w="10205"/>
            <w:shd w:fill="102A43"/>
            <w:tcBorders>
              <w:top w:val="single" w:sz="8" w:color="C9D1DA" w:space="0"/>
              <w:right w:val="single" w:sz="8" w:color="C9D1DA" w:space="0"/>
              <w:bottom w:val="single" w:sz="8" w:color="C9D1DA" w:space="0"/>
              <w:left w:val="single" w:sz="8" w:color="C9D1DA" w:space="0"/>
            </w:tcBorders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FFFFFF"/>
                <w:sz w:val="21"/>
              </w:rPr>
              <w:t>Bölüm 4 · Aile Bilgileri</w:t>
            </w:r>
          </w:p>
        </w:tc>
      </w:tr>
    </w:tbl>
    <w:p>
      <w:pPr>
        <w:spacing w:after="60"/>
      </w:pPr>
    </w:p>
    <w:p>
      <w:pPr>
        <w:spacing w:before="20" w:after="60"/>
      </w:pPr>
      <w:r>
        <w:rPr>
          <w:rFonts w:ascii="Aptos" w:hAnsi="Aptos"/>
          <w:b/>
          <w:color w:val="9F1D2D"/>
          <w:sz w:val="18"/>
        </w:rPr>
        <w:t>Eş Bilgileri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65"/>
        <w:gridCol w:w="2565"/>
        <w:gridCol w:w="2565"/>
        <w:gridCol w:w="2565"/>
      </w:tblGrid>
      <w:tr>
        <w:trPr>
          <w:cantSplit/>
          <w:trHeight w:hRule="exact" w:val="522"/>
        </w:trPr>
        <w:tc>
          <w:tcPr>
            <w:tcW w:type="dxa" w:w="2494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Adı Soyadı</w:t>
            </w:r>
          </w:p>
        </w:tc>
        <w:tc>
          <w:tcPr>
            <w:tcW w:type="dxa" w:w="2608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  <w:tc>
          <w:tcPr>
            <w:tcW w:type="dxa" w:w="2494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Uyruğu</w:t>
            </w:r>
          </w:p>
        </w:tc>
        <w:tc>
          <w:tcPr>
            <w:tcW w:type="dxa" w:w="2608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66"/>
        <w:gridCol w:w="1466"/>
        <w:gridCol w:w="1466"/>
        <w:gridCol w:w="1466"/>
        <w:gridCol w:w="1466"/>
        <w:gridCol w:w="1466"/>
        <w:gridCol w:w="1466"/>
      </w:tblGrid>
      <w:tr>
        <w:trPr>
          <w:cantSplit/>
          <w:trHeight w:hRule="exact" w:val="533"/>
        </w:trPr>
        <w:tc>
          <w:tcPr>
            <w:tcW w:type="dxa" w:w="3005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Doğum Tarihi</w:t>
            </w:r>
          </w:p>
        </w:tc>
        <w:tc>
          <w:tcPr>
            <w:tcW w:type="dxa" w:w="1191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Gün</w:t>
            </w:r>
          </w:p>
        </w:tc>
        <w:tc>
          <w:tcPr>
            <w:tcW w:type="dxa" w:w="1020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  <w:tc>
          <w:tcPr>
            <w:tcW w:type="dxa" w:w="1020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Ay</w:t>
            </w:r>
          </w:p>
        </w:tc>
        <w:tc>
          <w:tcPr>
            <w:tcW w:type="dxa" w:w="1020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  <w:tc>
          <w:tcPr>
            <w:tcW w:type="dxa" w:w="907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Yıl</w:t>
            </w:r>
          </w:p>
        </w:tc>
        <w:tc>
          <w:tcPr>
            <w:tcW w:type="dxa" w:w="1020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65"/>
        <w:gridCol w:w="2565"/>
        <w:gridCol w:w="2565"/>
        <w:gridCol w:w="2565"/>
      </w:tblGrid>
      <w:tr>
        <w:trPr>
          <w:cantSplit/>
          <w:trHeight w:hRule="exact" w:val="522"/>
        </w:trPr>
        <w:tc>
          <w:tcPr>
            <w:tcW w:type="dxa" w:w="2494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Mesleği</w:t>
            </w:r>
          </w:p>
        </w:tc>
        <w:tc>
          <w:tcPr>
            <w:tcW w:type="dxa" w:w="2608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  <w:tc>
          <w:tcPr>
            <w:tcW w:type="dxa" w:w="2494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Doğum Yeri</w:t>
            </w:r>
          </w:p>
        </w:tc>
        <w:tc>
          <w:tcPr>
            <w:tcW w:type="dxa" w:w="2608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</w:tr>
    </w:tbl>
    <w:p>
      <w:pPr>
        <w:spacing w:after="80"/>
      </w:pPr>
    </w:p>
    <w:p>
      <w:pPr>
        <w:spacing w:before="20" w:after="60"/>
      </w:pPr>
      <w:r>
        <w:rPr>
          <w:rFonts w:ascii="Aptos" w:hAnsi="Aptos"/>
          <w:b/>
          <w:color w:val="9F1D2D"/>
          <w:sz w:val="18"/>
        </w:rPr>
        <w:t>Baba Bilgileri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65"/>
        <w:gridCol w:w="2565"/>
        <w:gridCol w:w="2565"/>
        <w:gridCol w:w="2565"/>
      </w:tblGrid>
      <w:tr>
        <w:trPr>
          <w:cantSplit/>
          <w:trHeight w:hRule="exact" w:val="522"/>
        </w:trPr>
        <w:tc>
          <w:tcPr>
            <w:tcW w:type="dxa" w:w="2494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Adı Soyadı</w:t>
            </w:r>
          </w:p>
        </w:tc>
        <w:tc>
          <w:tcPr>
            <w:tcW w:type="dxa" w:w="2608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  <w:tc>
          <w:tcPr>
            <w:tcW w:type="dxa" w:w="2494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Uyruğu</w:t>
            </w:r>
          </w:p>
        </w:tc>
        <w:tc>
          <w:tcPr>
            <w:tcW w:type="dxa" w:w="2608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66"/>
        <w:gridCol w:w="1466"/>
        <w:gridCol w:w="1466"/>
        <w:gridCol w:w="1466"/>
        <w:gridCol w:w="1466"/>
        <w:gridCol w:w="1466"/>
        <w:gridCol w:w="1466"/>
      </w:tblGrid>
      <w:tr>
        <w:trPr>
          <w:cantSplit/>
          <w:trHeight w:hRule="exact" w:val="533"/>
        </w:trPr>
        <w:tc>
          <w:tcPr>
            <w:tcW w:type="dxa" w:w="3005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Doğum Tarihi</w:t>
            </w:r>
          </w:p>
        </w:tc>
        <w:tc>
          <w:tcPr>
            <w:tcW w:type="dxa" w:w="1191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Gün</w:t>
            </w:r>
          </w:p>
        </w:tc>
        <w:tc>
          <w:tcPr>
            <w:tcW w:type="dxa" w:w="1020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  <w:tc>
          <w:tcPr>
            <w:tcW w:type="dxa" w:w="1020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Ay</w:t>
            </w:r>
          </w:p>
        </w:tc>
        <w:tc>
          <w:tcPr>
            <w:tcW w:type="dxa" w:w="1020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  <w:tc>
          <w:tcPr>
            <w:tcW w:type="dxa" w:w="907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Yıl</w:t>
            </w:r>
          </w:p>
        </w:tc>
        <w:tc>
          <w:tcPr>
            <w:tcW w:type="dxa" w:w="1020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</w:tr>
    </w:tbl>
    <w:p>
      <w:pPr>
        <w:spacing w:after="80"/>
      </w:pPr>
    </w:p>
    <w:p>
      <w:pPr>
        <w:spacing w:before="20" w:after="60"/>
      </w:pPr>
      <w:r>
        <w:rPr>
          <w:rFonts w:ascii="Aptos" w:hAnsi="Aptos"/>
          <w:b/>
          <w:color w:val="9F1D2D"/>
          <w:sz w:val="18"/>
        </w:rPr>
        <w:t>Anne Bilgileri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65"/>
        <w:gridCol w:w="2565"/>
        <w:gridCol w:w="2565"/>
        <w:gridCol w:w="2565"/>
      </w:tblGrid>
      <w:tr>
        <w:trPr>
          <w:cantSplit/>
          <w:trHeight w:hRule="exact" w:val="522"/>
        </w:trPr>
        <w:tc>
          <w:tcPr>
            <w:tcW w:type="dxa" w:w="2494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Adı Soyadı</w:t>
            </w:r>
          </w:p>
        </w:tc>
        <w:tc>
          <w:tcPr>
            <w:tcW w:type="dxa" w:w="2608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  <w:tc>
          <w:tcPr>
            <w:tcW w:type="dxa" w:w="2494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Uyruğu</w:t>
            </w:r>
          </w:p>
        </w:tc>
        <w:tc>
          <w:tcPr>
            <w:tcW w:type="dxa" w:w="2608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66"/>
        <w:gridCol w:w="1466"/>
        <w:gridCol w:w="1466"/>
        <w:gridCol w:w="1466"/>
        <w:gridCol w:w="1466"/>
        <w:gridCol w:w="1466"/>
        <w:gridCol w:w="1466"/>
      </w:tblGrid>
      <w:tr>
        <w:trPr>
          <w:cantSplit/>
          <w:trHeight w:hRule="exact" w:val="533"/>
        </w:trPr>
        <w:tc>
          <w:tcPr>
            <w:tcW w:type="dxa" w:w="3005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Doğum Tarihi</w:t>
            </w:r>
          </w:p>
        </w:tc>
        <w:tc>
          <w:tcPr>
            <w:tcW w:type="dxa" w:w="1191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Gün</w:t>
            </w:r>
          </w:p>
        </w:tc>
        <w:tc>
          <w:tcPr>
            <w:tcW w:type="dxa" w:w="1020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  <w:tc>
          <w:tcPr>
            <w:tcW w:type="dxa" w:w="1020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Ay</w:t>
            </w:r>
          </w:p>
        </w:tc>
        <w:tc>
          <w:tcPr>
            <w:tcW w:type="dxa" w:w="1020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  <w:tc>
          <w:tcPr>
            <w:tcW w:type="dxa" w:w="907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Yıl</w:t>
            </w:r>
          </w:p>
        </w:tc>
        <w:tc>
          <w:tcPr>
            <w:tcW w:type="dxa" w:w="1020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cantSplit/>
          <w:trHeight w:hRule="exact"/>
        </w:trPr>
        <w:tc>
          <w:tcPr>
            <w:tcW w:type="dxa" w:w="10205"/>
            <w:shd w:fill="102A43"/>
            <w:tcBorders>
              <w:top w:val="single" w:sz="8" w:color="C9D1DA" w:space="0"/>
              <w:right w:val="single" w:sz="8" w:color="C9D1DA" w:space="0"/>
              <w:bottom w:val="single" w:sz="8" w:color="C9D1DA" w:space="0"/>
              <w:left w:val="single" w:sz="8" w:color="C9D1DA" w:space="0"/>
            </w:tcBorders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FFFFFF"/>
                <w:sz w:val="21"/>
              </w:rPr>
              <w:t>Bölüm 4 · Aile Bilgileri</w:t>
            </w:r>
            <w:r>
              <w:rPr>
                <w:rFonts w:ascii="Aptos" w:hAnsi="Aptos"/>
                <w:color w:val="D8E1EA"/>
                <w:sz w:val="16"/>
              </w:rPr>
              <w:t xml:space="preserve">  Devam</w:t>
            </w:r>
          </w:p>
        </w:tc>
      </w:tr>
    </w:tbl>
    <w:p>
      <w:pPr>
        <w:spacing w:after="60"/>
      </w:pPr>
    </w:p>
    <w:p>
      <w:pPr>
        <w:spacing w:before="20" w:after="60"/>
      </w:pPr>
      <w:r>
        <w:rPr>
          <w:rFonts w:ascii="Aptos" w:hAnsi="Aptos"/>
          <w:b/>
          <w:color w:val="9F1D2D"/>
          <w:sz w:val="18"/>
        </w:rPr>
        <w:t>Çocuk Bilgileri 1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65"/>
        <w:gridCol w:w="2565"/>
        <w:gridCol w:w="2565"/>
        <w:gridCol w:w="2565"/>
      </w:tblGrid>
      <w:tr>
        <w:trPr>
          <w:cantSplit/>
          <w:trHeight w:hRule="exact" w:val="522"/>
        </w:trPr>
        <w:tc>
          <w:tcPr>
            <w:tcW w:type="dxa" w:w="2494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Adı Soyadı</w:t>
            </w:r>
          </w:p>
        </w:tc>
        <w:tc>
          <w:tcPr>
            <w:tcW w:type="dxa" w:w="2608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  <w:tc>
          <w:tcPr>
            <w:tcW w:type="dxa" w:w="2494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Uyruğu</w:t>
            </w:r>
          </w:p>
        </w:tc>
        <w:tc>
          <w:tcPr>
            <w:tcW w:type="dxa" w:w="2608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66"/>
        <w:gridCol w:w="1466"/>
        <w:gridCol w:w="1466"/>
        <w:gridCol w:w="1466"/>
        <w:gridCol w:w="1466"/>
        <w:gridCol w:w="1466"/>
        <w:gridCol w:w="1466"/>
      </w:tblGrid>
      <w:tr>
        <w:trPr>
          <w:cantSplit/>
          <w:trHeight w:hRule="exact" w:val="533"/>
        </w:trPr>
        <w:tc>
          <w:tcPr>
            <w:tcW w:type="dxa" w:w="3005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Doğum Tarihi</w:t>
            </w:r>
          </w:p>
        </w:tc>
        <w:tc>
          <w:tcPr>
            <w:tcW w:type="dxa" w:w="1191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Gün</w:t>
            </w:r>
          </w:p>
        </w:tc>
        <w:tc>
          <w:tcPr>
            <w:tcW w:type="dxa" w:w="1020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  <w:tc>
          <w:tcPr>
            <w:tcW w:type="dxa" w:w="1020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Ay</w:t>
            </w:r>
          </w:p>
        </w:tc>
        <w:tc>
          <w:tcPr>
            <w:tcW w:type="dxa" w:w="1020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  <w:tc>
          <w:tcPr>
            <w:tcW w:type="dxa" w:w="907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Yıl</w:t>
            </w:r>
          </w:p>
        </w:tc>
        <w:tc>
          <w:tcPr>
            <w:tcW w:type="dxa" w:w="1020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</w:tr>
    </w:tbl>
    <w:p>
      <w:pPr>
        <w:spacing w:after="80"/>
      </w:pPr>
    </w:p>
    <w:p>
      <w:pPr>
        <w:spacing w:before="20" w:after="60"/>
      </w:pPr>
      <w:r>
        <w:rPr>
          <w:rFonts w:ascii="Aptos" w:hAnsi="Aptos"/>
          <w:b/>
          <w:color w:val="9F1D2D"/>
          <w:sz w:val="18"/>
        </w:rPr>
        <w:t>Çocuk Bilgileri 2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65"/>
        <w:gridCol w:w="2565"/>
        <w:gridCol w:w="2565"/>
        <w:gridCol w:w="2565"/>
      </w:tblGrid>
      <w:tr>
        <w:trPr>
          <w:cantSplit/>
          <w:trHeight w:hRule="exact" w:val="522"/>
        </w:trPr>
        <w:tc>
          <w:tcPr>
            <w:tcW w:type="dxa" w:w="2494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Adı Soyadı</w:t>
            </w:r>
          </w:p>
        </w:tc>
        <w:tc>
          <w:tcPr>
            <w:tcW w:type="dxa" w:w="2608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  <w:tc>
          <w:tcPr>
            <w:tcW w:type="dxa" w:w="2494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Uyruğu</w:t>
            </w:r>
          </w:p>
        </w:tc>
        <w:tc>
          <w:tcPr>
            <w:tcW w:type="dxa" w:w="2608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66"/>
        <w:gridCol w:w="1466"/>
        <w:gridCol w:w="1466"/>
        <w:gridCol w:w="1466"/>
        <w:gridCol w:w="1466"/>
        <w:gridCol w:w="1466"/>
        <w:gridCol w:w="1466"/>
      </w:tblGrid>
      <w:tr>
        <w:trPr>
          <w:cantSplit/>
          <w:trHeight w:hRule="exact" w:val="533"/>
        </w:trPr>
        <w:tc>
          <w:tcPr>
            <w:tcW w:type="dxa" w:w="3005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Doğum Tarihi</w:t>
            </w:r>
          </w:p>
        </w:tc>
        <w:tc>
          <w:tcPr>
            <w:tcW w:type="dxa" w:w="1191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Gün</w:t>
            </w:r>
          </w:p>
        </w:tc>
        <w:tc>
          <w:tcPr>
            <w:tcW w:type="dxa" w:w="1020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  <w:tc>
          <w:tcPr>
            <w:tcW w:type="dxa" w:w="1020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Ay</w:t>
            </w:r>
          </w:p>
        </w:tc>
        <w:tc>
          <w:tcPr>
            <w:tcW w:type="dxa" w:w="1020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  <w:tc>
          <w:tcPr>
            <w:tcW w:type="dxa" w:w="907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Yıl</w:t>
            </w:r>
          </w:p>
        </w:tc>
        <w:tc>
          <w:tcPr>
            <w:tcW w:type="dxa" w:w="1020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cantSplit/>
          <w:trHeight w:hRule="exact"/>
        </w:trPr>
        <w:tc>
          <w:tcPr>
            <w:tcW w:type="dxa" w:w="10205"/>
            <w:shd w:fill="102A43"/>
            <w:tcBorders>
              <w:top w:val="single" w:sz="8" w:color="C9D1DA" w:space="0"/>
              <w:right w:val="single" w:sz="8" w:color="C9D1DA" w:space="0"/>
              <w:bottom w:val="single" w:sz="8" w:color="C9D1DA" w:space="0"/>
              <w:left w:val="single" w:sz="8" w:color="C9D1DA" w:space="0"/>
            </w:tcBorders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FFFFFF"/>
                <w:sz w:val="21"/>
              </w:rPr>
              <w:t>Bölüm 5 · Acil Durumda Ulaşılabilecek Kişi</w:t>
            </w:r>
          </w:p>
        </w:tc>
      </w:tr>
    </w:tbl>
    <w:p>
      <w:pPr>
        <w:spacing w:after="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31"/>
        <w:gridCol w:w="5131"/>
      </w:tblGrid>
      <w:tr>
        <w:trPr>
          <w:cantSplit/>
          <w:trHeight w:hRule="exact" w:val="465"/>
        </w:trPr>
        <w:tc>
          <w:tcPr>
            <w:tcW w:type="dxa" w:w="4734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Adı Soyadı *</w:t>
            </w:r>
          </w:p>
        </w:tc>
        <w:tc>
          <w:tcPr>
            <w:tcW w:type="dxa" w:w="5471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</w:tr>
      <w:tr>
        <w:trPr>
          <w:cantSplit/>
          <w:trHeight w:hRule="exact" w:val="465"/>
        </w:trPr>
        <w:tc>
          <w:tcPr>
            <w:tcW w:type="dxa" w:w="4734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Yakınlık Derecesi *</w:t>
            </w:r>
          </w:p>
        </w:tc>
        <w:tc>
          <w:tcPr>
            <w:tcW w:type="dxa" w:w="5471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</w:tr>
      <w:tr>
        <w:trPr>
          <w:cantSplit/>
          <w:trHeight w:hRule="exact" w:val="465"/>
        </w:trPr>
        <w:tc>
          <w:tcPr>
            <w:tcW w:type="dxa" w:w="4734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Cep Telefonu *</w:t>
            </w:r>
          </w:p>
        </w:tc>
        <w:tc>
          <w:tcPr>
            <w:tcW w:type="dxa" w:w="5471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</w:tr>
      <w:tr>
        <w:trPr>
          <w:cantSplit/>
          <w:trHeight w:hRule="exact" w:val="465"/>
        </w:trPr>
        <w:tc>
          <w:tcPr>
            <w:tcW w:type="dxa" w:w="4734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E-posta *</w:t>
            </w:r>
          </w:p>
        </w:tc>
        <w:tc>
          <w:tcPr>
            <w:tcW w:type="dxa" w:w="5471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cantSplit/>
          <w:trHeight w:hRule="exact"/>
        </w:trPr>
        <w:tc>
          <w:tcPr>
            <w:tcW w:type="dxa" w:w="10205"/>
            <w:shd w:fill="102A43"/>
            <w:tcBorders>
              <w:top w:val="single" w:sz="8" w:color="C9D1DA" w:space="0"/>
              <w:right w:val="single" w:sz="8" w:color="C9D1DA" w:space="0"/>
              <w:bottom w:val="single" w:sz="8" w:color="C9D1DA" w:space="0"/>
              <w:left w:val="single" w:sz="8" w:color="C9D1DA" w:space="0"/>
            </w:tcBorders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FFFFFF"/>
                <w:sz w:val="21"/>
              </w:rPr>
              <w:t>Bölüm 6 · Askerlik Durumu</w:t>
            </w:r>
          </w:p>
        </w:tc>
      </w:tr>
    </w:tbl>
    <w:p>
      <w:pPr>
        <w:spacing w:after="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65"/>
        <w:gridCol w:w="2565"/>
        <w:gridCol w:w="2565"/>
        <w:gridCol w:w="2565"/>
      </w:tblGrid>
      <w:tr>
        <w:trPr>
          <w:cantSplit/>
          <w:trHeight w:hRule="exact" w:val="522"/>
        </w:trPr>
        <w:tc>
          <w:tcPr>
            <w:tcW w:type="dxa" w:w="2494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Askerlik Yaptı mı?</w:t>
            </w:r>
          </w:p>
        </w:tc>
        <w:tc>
          <w:tcPr>
            <w:tcW w:type="dxa" w:w="2608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  <w:tc>
          <w:tcPr>
            <w:tcW w:type="dxa" w:w="2494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Nerede Yapıldı?</w:t>
            </w:r>
          </w:p>
        </w:tc>
        <w:tc>
          <w:tcPr>
            <w:tcW w:type="dxa" w:w="2608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66"/>
        <w:gridCol w:w="1466"/>
        <w:gridCol w:w="1466"/>
        <w:gridCol w:w="1466"/>
        <w:gridCol w:w="1466"/>
        <w:gridCol w:w="1466"/>
        <w:gridCol w:w="1466"/>
      </w:tblGrid>
      <w:tr>
        <w:trPr>
          <w:cantSplit/>
          <w:trHeight w:hRule="exact" w:val="533"/>
        </w:trPr>
        <w:tc>
          <w:tcPr>
            <w:tcW w:type="dxa" w:w="3005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Askerlik Başlama Tarihi</w:t>
            </w:r>
          </w:p>
        </w:tc>
        <w:tc>
          <w:tcPr>
            <w:tcW w:type="dxa" w:w="1191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Gün</w:t>
            </w:r>
          </w:p>
        </w:tc>
        <w:tc>
          <w:tcPr>
            <w:tcW w:type="dxa" w:w="1020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  <w:tc>
          <w:tcPr>
            <w:tcW w:type="dxa" w:w="1020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Ay</w:t>
            </w:r>
          </w:p>
        </w:tc>
        <w:tc>
          <w:tcPr>
            <w:tcW w:type="dxa" w:w="1020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  <w:tc>
          <w:tcPr>
            <w:tcW w:type="dxa" w:w="907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Yıl</w:t>
            </w:r>
          </w:p>
        </w:tc>
        <w:tc>
          <w:tcPr>
            <w:tcW w:type="dxa" w:w="1020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66"/>
        <w:gridCol w:w="1466"/>
        <w:gridCol w:w="1466"/>
        <w:gridCol w:w="1466"/>
        <w:gridCol w:w="1466"/>
        <w:gridCol w:w="1466"/>
        <w:gridCol w:w="1466"/>
      </w:tblGrid>
      <w:tr>
        <w:trPr>
          <w:cantSplit/>
          <w:trHeight w:hRule="exact" w:val="533"/>
        </w:trPr>
        <w:tc>
          <w:tcPr>
            <w:tcW w:type="dxa" w:w="3005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Askerlik Bitiş Tarihi</w:t>
            </w:r>
          </w:p>
        </w:tc>
        <w:tc>
          <w:tcPr>
            <w:tcW w:type="dxa" w:w="1191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Gün</w:t>
            </w:r>
          </w:p>
        </w:tc>
        <w:tc>
          <w:tcPr>
            <w:tcW w:type="dxa" w:w="1020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  <w:tc>
          <w:tcPr>
            <w:tcW w:type="dxa" w:w="1020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Ay</w:t>
            </w:r>
          </w:p>
        </w:tc>
        <w:tc>
          <w:tcPr>
            <w:tcW w:type="dxa" w:w="1020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  <w:tc>
          <w:tcPr>
            <w:tcW w:type="dxa" w:w="907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Yıl</w:t>
            </w:r>
          </w:p>
        </w:tc>
        <w:tc>
          <w:tcPr>
            <w:tcW w:type="dxa" w:w="1020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cantSplit/>
          <w:trHeight w:hRule="exact"/>
        </w:trPr>
        <w:tc>
          <w:tcPr>
            <w:tcW w:type="dxa" w:w="10205"/>
            <w:shd w:fill="102A43"/>
            <w:tcBorders>
              <w:top w:val="single" w:sz="8" w:color="C9D1DA" w:space="0"/>
              <w:right w:val="single" w:sz="8" w:color="C9D1DA" w:space="0"/>
              <w:bottom w:val="single" w:sz="8" w:color="C9D1DA" w:space="0"/>
              <w:left w:val="single" w:sz="8" w:color="C9D1DA" w:space="0"/>
            </w:tcBorders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FFFFFF"/>
                <w:sz w:val="21"/>
              </w:rPr>
              <w:t>Bölüm 7 · Çin Firma Davet Bilgisi</w:t>
            </w:r>
          </w:p>
        </w:tc>
      </w:tr>
    </w:tbl>
    <w:p>
      <w:pPr>
        <w:spacing w:after="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31"/>
        <w:gridCol w:w="5131"/>
      </w:tblGrid>
      <w:tr>
        <w:trPr>
          <w:cantSplit/>
          <w:trHeight w:hRule="exact" w:val="465"/>
        </w:trPr>
        <w:tc>
          <w:tcPr>
            <w:tcW w:type="dxa" w:w="4734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Davetiye Veren Firmanın Adı *</w:t>
            </w:r>
          </w:p>
        </w:tc>
        <w:tc>
          <w:tcPr>
            <w:tcW w:type="dxa" w:w="5471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</w:tr>
      <w:tr>
        <w:trPr>
          <w:cantSplit/>
          <w:trHeight w:hRule="exact" w:val="465"/>
        </w:trPr>
        <w:tc>
          <w:tcPr>
            <w:tcW w:type="dxa" w:w="4734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Firmanın İletişim Numarası *</w:t>
            </w:r>
          </w:p>
        </w:tc>
        <w:tc>
          <w:tcPr>
            <w:tcW w:type="dxa" w:w="5471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</w:tr>
      <w:tr>
        <w:trPr>
          <w:cantSplit/>
          <w:trHeight w:hRule="exact" w:val="465"/>
        </w:trPr>
        <w:tc>
          <w:tcPr>
            <w:tcW w:type="dxa" w:w="4734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Firmanın E-posta Bilgisi *</w:t>
            </w:r>
          </w:p>
        </w:tc>
        <w:tc>
          <w:tcPr>
            <w:tcW w:type="dxa" w:w="5471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cantSplit/>
          <w:trHeight w:hRule="exact"/>
        </w:trPr>
        <w:tc>
          <w:tcPr>
            <w:tcW w:type="dxa" w:w="10205"/>
            <w:shd w:fill="102A43"/>
            <w:tcBorders>
              <w:top w:val="single" w:sz="8" w:color="C9D1DA" w:space="0"/>
              <w:right w:val="single" w:sz="8" w:color="C9D1DA" w:space="0"/>
              <w:bottom w:val="single" w:sz="8" w:color="C9D1DA" w:space="0"/>
              <w:left w:val="single" w:sz="8" w:color="C9D1DA" w:space="0"/>
            </w:tcBorders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FFFFFF"/>
                <w:sz w:val="21"/>
              </w:rPr>
              <w:t>Bölüm 8 · Talep Edilen Vize Giriş Sayısı</w:t>
            </w:r>
          </w:p>
        </w:tc>
      </w:tr>
    </w:tbl>
    <w:p>
      <w:pPr>
        <w:spacing w:after="60"/>
      </w:pPr>
    </w:p>
    <w:p>
      <w:pPr>
        <w:spacing w:after="80"/>
      </w:pPr>
      <w:r>
        <w:rPr>
          <w:rFonts w:ascii="Aptos" w:hAnsi="Aptos"/>
          <w:color w:val="6B7280"/>
          <w:sz w:val="17"/>
        </w:rPr>
        <w:t>İstediğiniz giriş seçeneğini işaretleyin.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65"/>
        <w:gridCol w:w="2565"/>
        <w:gridCol w:w="2565"/>
        <w:gridCol w:w="2565"/>
      </w:tblGrid>
      <w:tr>
        <w:trPr>
          <w:cantSplit/>
          <w:trHeight w:hRule="exact" w:val="482"/>
        </w:trPr>
        <w:tc>
          <w:tcPr>
            <w:tcW w:type="dxa" w:w="2551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3 Ay Tek Giriş</w:t>
            </w:r>
          </w:p>
        </w:tc>
        <w:tc>
          <w:tcPr>
            <w:tcW w:type="dxa" w:w="2551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6 Ay Çift Giriş</w:t>
            </w:r>
          </w:p>
        </w:tc>
        <w:tc>
          <w:tcPr>
            <w:tcW w:type="dxa" w:w="2551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6 Ay Çoklu Giriş</w:t>
            </w:r>
          </w:p>
        </w:tc>
        <w:tc>
          <w:tcPr>
            <w:tcW w:type="dxa" w:w="2551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12 Ay Çoklu Giriş</w:t>
            </w:r>
          </w:p>
        </w:tc>
      </w:tr>
      <w:tr>
        <w:trPr>
          <w:cantSplit/>
          <w:trHeight w:hRule="exact" w:val="482"/>
        </w:trPr>
        <w:tc>
          <w:tcPr>
            <w:tcW w:type="dxa" w:w="2551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9F1D2D"/>
                <w:sz w:val="26"/>
              </w:rPr>
              <w:t>☐</w:t>
            </w:r>
          </w:p>
        </w:tc>
        <w:tc>
          <w:tcPr>
            <w:tcW w:type="dxa" w:w="2551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9F1D2D"/>
                <w:sz w:val="26"/>
              </w:rPr>
              <w:t>☐</w:t>
            </w:r>
          </w:p>
        </w:tc>
        <w:tc>
          <w:tcPr>
            <w:tcW w:type="dxa" w:w="2551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9F1D2D"/>
                <w:sz w:val="26"/>
              </w:rPr>
              <w:t>☐</w:t>
            </w:r>
          </w:p>
        </w:tc>
        <w:tc>
          <w:tcPr>
            <w:tcW w:type="dxa" w:w="2551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9F1D2D"/>
                <w:sz w:val="26"/>
              </w:rPr>
              <w:t>☐</w:t>
            </w:r>
          </w:p>
        </w:tc>
      </w:tr>
    </w:tbl>
    <w:p>
      <w:pPr>
        <w:spacing w:after="10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cantSplit/>
          <w:trHeight w:hRule="exact"/>
        </w:trPr>
        <w:tc>
          <w:tcPr>
            <w:tcW w:type="dxa" w:w="10205"/>
            <w:shd w:fill="102A43"/>
            <w:tcBorders>
              <w:top w:val="single" w:sz="8" w:color="C9D1DA" w:space="0"/>
              <w:right w:val="single" w:sz="8" w:color="C9D1DA" w:space="0"/>
              <w:bottom w:val="single" w:sz="8" w:color="C9D1DA" w:space="0"/>
              <w:left w:val="single" w:sz="8" w:color="C9D1DA" w:space="0"/>
            </w:tcBorders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FFFFFF"/>
                <w:sz w:val="21"/>
              </w:rPr>
              <w:t>Bölüm 9 · Mevcut Vize Bilgisi</w:t>
            </w:r>
          </w:p>
        </w:tc>
      </w:tr>
    </w:tbl>
    <w:p>
      <w:pPr>
        <w:spacing w:after="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31"/>
        <w:gridCol w:w="5131"/>
      </w:tblGrid>
      <w:tr>
        <w:trPr>
          <w:cantSplit/>
          <w:trHeight w:hRule="exact" w:val="522"/>
        </w:trPr>
        <w:tc>
          <w:tcPr>
            <w:tcW w:type="dxa" w:w="4734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Pasaportunuzdaki Mevcut Ülke Vizeleri</w:t>
            </w:r>
          </w:p>
        </w:tc>
        <w:tc>
          <w:tcPr>
            <w:tcW w:type="dxa" w:w="5471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</w:tr>
      <w:tr>
        <w:trPr>
          <w:cantSplit/>
          <w:trHeight w:hRule="exact" w:val="522"/>
        </w:trPr>
        <w:tc>
          <w:tcPr>
            <w:tcW w:type="dxa" w:w="4734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6"/>
              </w:rPr>
              <w:t>Son 12 Ay İçerisinde Kullanılan Ülke Vizeleri</w:t>
            </w:r>
          </w:p>
        </w:tc>
        <w:tc>
          <w:tcPr>
            <w:tcW w:type="dxa" w:w="5471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18"/>
              </w:rPr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cantSplit/>
          <w:trHeight w:hRule="exact"/>
        </w:trPr>
        <w:tc>
          <w:tcPr>
            <w:tcW w:type="dxa" w:w="10205"/>
            <w:shd w:fill="102A43"/>
            <w:tcBorders>
              <w:top w:val="single" w:sz="8" w:color="C9D1DA" w:space="0"/>
              <w:right w:val="single" w:sz="8" w:color="C9D1DA" w:space="0"/>
              <w:bottom w:val="single" w:sz="8" w:color="C9D1DA" w:space="0"/>
              <w:left w:val="single" w:sz="8" w:color="C9D1DA" w:space="0"/>
            </w:tcBorders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FFFFFF"/>
                <w:sz w:val="21"/>
              </w:rPr>
              <w:t>Bilgilendirme ve Onay</w:t>
            </w:r>
          </w:p>
        </w:tc>
      </w:tr>
    </w:tbl>
    <w:p>
      <w:pPr>
        <w:spacing w:after="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cantSplit/>
          <w:trHeight w:hRule="exact"/>
        </w:trPr>
        <w:tc>
          <w:tcPr>
            <w:tcW w:type="dxa" w:w="10205"/>
            <w:shd w:fill="FBFAF7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8" w:color="C9D1DA" w:space="0"/>
              <w:right w:val="single" w:sz="8" w:color="C9D1DA" w:space="0"/>
              <w:bottom w:val="single" w:sz="8" w:color="C9D1DA" w:space="0"/>
              <w:left w:val="single" w:sz="8" w:color="C9D1DA" w:space="0"/>
            </w:tcBorders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9F1D2D"/>
                <w:sz w:val="18"/>
              </w:rPr>
              <w:t>NOT 1</w:t>
            </w:r>
            <w:r>
              <w:rPr>
                <w:rFonts w:ascii="Aptos" w:hAnsi="Aptos"/>
                <w:color w:val="1D2733"/>
                <w:sz w:val="18"/>
              </w:rPr>
              <w:br/>
              <w:t>Vize başvurunuzun sağlıklı yapılabilmesi için yukarıdaki bilgilerin eksiksiz doldurulması önemlidir. Eksik veya yanlış bilgi beyanından dolayı ret alan kişilere ücret iadesi yapılmayacaktır.</w:t>
            </w:r>
          </w:p>
        </w:tc>
      </w:tr>
      <w:tr>
        <w:trPr>
          <w:cantSplit/>
          <w:trHeight w:hRule="exact"/>
        </w:trPr>
        <w:tc>
          <w:tcPr>
            <w:tcW w:type="dxa" w:w="10205"/>
            <w:shd w:fill="FBFAF7"/>
            <w:tcMar>
              <w:top w:w="70" w:type="dxa"/>
              <w:start w:w="100" w:type="dxa"/>
              <w:bottom w:w="70" w:type="dxa"/>
              <w:end w:w="100" w:type="dxa"/>
            </w:tcMar>
            <w:tcBorders>
              <w:top w:val="single" w:sz="8" w:color="C9D1DA" w:space="0"/>
              <w:right w:val="single" w:sz="8" w:color="C9D1DA" w:space="0"/>
              <w:bottom w:val="single" w:sz="8" w:color="C9D1DA" w:space="0"/>
              <w:left w:val="single" w:sz="8" w:color="C9D1DA" w:space="0"/>
            </w:tcBorders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9F1D2D"/>
                <w:sz w:val="18"/>
              </w:rPr>
              <w:t>NOT 2</w:t>
            </w:r>
            <w:r>
              <w:rPr>
                <w:rFonts w:ascii="Aptos" w:hAnsi="Aptos"/>
                <w:color w:val="1D2733"/>
                <w:sz w:val="18"/>
              </w:rPr>
              <w:br/>
              <w:t>* işareti bulunan alanların eksiksiz doldurulması gerekmektedir.</w:t>
            </w:r>
          </w:p>
        </w:tc>
      </w:tr>
    </w:tbl>
    <w:p>
      <w:pPr>
        <w:spacing w:after="1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62"/>
      </w:tblGrid>
      <w:tr>
        <w:trPr>
          <w:cantSplit/>
          <w:trHeight w:hRule="exact"/>
        </w:trPr>
        <w:tc>
          <w:tcPr>
            <w:tcW w:type="dxa" w:w="10205"/>
            <w:shd w:fill="F7F4EF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6" w:color="D9DDE3"/>
              <w:insideV w:val="single" w:sz="6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vAlign w:val="center"/>
          </w:tcPr>
          <w:p>
            <w:pPr>
              <w:keepNext w:val="0"/>
              <w:keepLines/>
              <w:spacing w:before="0" w:after="0" w:line="240" w:lineRule="auto"/>
            </w:pPr>
            <w:r>
              <w:rPr>
                <w:rFonts w:ascii="Aptos" w:hAnsi="Aptos"/>
                <w:b/>
                <w:color w:val="102A43"/>
                <w:sz w:val="21"/>
              </w:rPr>
              <w:t>☐  Bilgilerin doğruluğunu onaylarım.</w:t>
            </w:r>
          </w:p>
        </w:tc>
      </w:tr>
    </w:tbl>
    <w:p>
      <w:pPr>
        <w:spacing w:after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31"/>
        <w:gridCol w:w="5131"/>
      </w:tblGrid>
      <w:tr>
        <w:trPr>
          <w:cantSplit/>
          <w:trHeight w:hRule="exact" w:val="522"/>
        </w:trPr>
        <w:tc>
          <w:tcPr>
            <w:tcW w:type="dxa" w:w="4734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5" w:color="D9DDE3"/>
              <w:insideV w:val="single" w:sz="5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7"/>
              </w:rPr>
              <w:t>Ad Soyad</w:t>
            </w:r>
          </w:p>
        </w:tc>
        <w:tc>
          <w:tcPr>
            <w:tcW w:type="dxa" w:w="5471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5" w:color="D9DDE3"/>
              <w:insideV w:val="single" w:sz="5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7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7"/>
              </w:rPr>
              <w:t>Tarih</w:t>
            </w:r>
          </w:p>
        </w:tc>
      </w:tr>
      <w:tr>
        <w:trPr>
          <w:cantSplit/>
          <w:trHeight w:hRule="exact" w:val="522"/>
        </w:trPr>
        <w:tc>
          <w:tcPr>
            <w:tcW w:type="dxa" w:w="4734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5" w:color="D9DDE3"/>
              <w:insideV w:val="single" w:sz="5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6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20"/>
              </w:rPr>
              <w:br/>
            </w:r>
          </w:p>
        </w:tc>
        <w:tc>
          <w:tcPr>
            <w:tcW w:type="dxa" w:w="5471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5" w:color="D9DDE3"/>
              <w:insideV w:val="single" w:sz="5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20"/>
              </w:rPr>
              <w:br/>
            </w:r>
          </w:p>
        </w:tc>
      </w:tr>
    </w:tbl>
    <w:p>
      <w:pPr>
        <w:spacing w:after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62"/>
      </w:tblGrid>
      <w:tr>
        <w:trPr>
          <w:cantSplit/>
          <w:trHeight w:hRule="exact"/>
        </w:trPr>
        <w:tc>
          <w:tcPr>
            <w:tcW w:type="dxa" w:w="10205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5" w:color="D9DDE3"/>
              <w:insideV w:val="single" w:sz="5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7F4E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02A43"/>
                <w:sz w:val="17"/>
              </w:rPr>
              <w:t>İmza</w:t>
            </w:r>
          </w:p>
        </w:tc>
      </w:tr>
      <w:tr>
        <w:trPr>
          <w:cantSplit/>
          <w:trHeight w:hRule="exact"/>
        </w:trPr>
        <w:tc>
          <w:tcPr>
            <w:tcW w:type="dxa" w:w="10206"/>
            <w:tcBorders>
              <w:top w:val="single" w:sz="8" w:color="C9D1DA" w:space="0"/>
              <w:left w:val="single" w:sz="8" w:color="C9D1DA" w:space="0"/>
              <w:bottom w:val="single" w:sz="8" w:color="C9D1DA" w:space="0"/>
              <w:right w:val="single" w:sz="8" w:color="C9D1DA" w:space="0"/>
              <w:insideH w:val="single" w:sz="5" w:color="D9DDE3"/>
              <w:insideV w:val="single" w:sz="5" w:color="D9DDE3"/>
            </w:tcBorders>
            <w:tcMar>
              <w:top w:w="70" w:type="dxa"/>
              <w:start w:w="100" w:type="dxa"/>
              <w:bottom w:w="70" w:type="dxa"/>
              <w:end w:w="100" w:type="dxa"/>
            </w:tcMar>
            <w:shd w:fill="FFFFFF"/>
            <w:vAlign w:val="center"/>
          </w:tcPr>
          <w:p>
            <w:pPr>
              <w:keepNext w:val="0"/>
              <w:keepLines/>
              <w:spacing w:after="0" w:before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D2733"/>
                <w:sz w:val="20"/>
              </w:rPr>
              <w:br/>
              <w:br/>
            </w:r>
          </w:p>
        </w:tc>
      </w:tr>
    </w:tbl>
    <w:p>
      <w:pPr>
        <w:spacing w:before="200"/>
        <w:jc w:val="center"/>
      </w:pPr>
      <w:r>
        <w:rPr>
          <w:rFonts w:ascii="Aptos" w:hAnsi="Aptos"/>
          <w:i/>
          <w:color w:val="6B7280"/>
          <w:sz w:val="16"/>
        </w:rPr>
        <w:t>Bu form, başvuru öncesi bilgi toplama amacıyla düzenlenmiştir.</w:t>
      </w:r>
    </w:p>
    <w:sectPr>
      <w:footerReference w:type="default" r:id="rId9"/>
      <w:pgSz w:w="11906" w:h="16838"/>
      <w:pgMar w:top="765" w:right="822" w:bottom="709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5131"/>
      <w:gridCol w:w="5131"/>
    </w:tblGrid>
    <w:tr>
      <w:tc>
        <w:tcPr>
          <w:tcW w:type="dxa" w:w="7087"/>
          <w:tcBorders>
            <w:top w:val="single" w:sz="4" w:color="D9DDE3"/>
          </w:tcBorders>
          <w:tcMar>
            <w:top w:w="90" w:type="dxa"/>
            <w:start w:w="100" w:type="dxa"/>
            <w:bottom w:w="90" w:type="dxa"/>
            <w:end w:w="100" w:type="dxa"/>
          </w:tcMar>
          <w:vAlign w:val="center"/>
        </w:tcPr>
        <w:p>
          <w:pPr>
            <w:spacing w:after="0"/>
            <w:jc w:val="left"/>
          </w:pPr>
          <w:r/>
          <w:r>
            <w:rPr>
              <w:rFonts w:ascii="Aptos" w:hAnsi="Aptos"/>
              <w:b w:val="0"/>
              <w:i w:val="0"/>
              <w:color w:val="6B7280"/>
              <w:sz w:val="15"/>
            </w:rPr>
            <w:t>ÇİN VİZE BİLGİ FORMU · Zorunlu alanlar * ile işaretlenmiştir.</w:t>
          </w:r>
        </w:p>
      </w:tc>
      <w:tc>
        <w:tcPr>
          <w:tcW w:type="dxa" w:w="3175"/>
          <w:tcBorders>
            <w:top w:val="single" w:sz="4" w:color="D9DDE3"/>
          </w:tcBorders>
          <w:tcMar>
            <w:top w:w="90" w:type="dxa"/>
            <w:start w:w="100" w:type="dxa"/>
            <w:bottom w:w="90" w:type="dxa"/>
            <w:end w:w="100" w:type="dxa"/>
          </w:tcMar>
          <w:vAlign w:val="center"/>
        </w:tcPr>
        <w:p>
          <w:pPr>
            <w:spacing w:after="0"/>
            <w:jc w:val="right"/>
          </w:pPr>
          <w:r/>
          <w:r>
            <w:rPr>
              <w:rFonts w:ascii="Aptos" w:hAnsi="Aptos"/>
              <w:b w:val="0"/>
              <w:i w:val="0"/>
              <w:color w:val="6B7280"/>
              <w:sz w:val="15"/>
            </w:rPr>
          </w:r>
          <w:r>
            <w:rPr>
              <w:color w:val="6B7280"/>
              <w:sz w:val="15"/>
            </w:rPr>
            <w:t xml:space="preserve">Sayfa </w:t>
          </w:r>
          <w:fldSimple w:instr="PAGE"/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ptos" w:hAnsi="Aptos"/>
      <w:color w:val="1D2733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Title">
    <w:name w:val="Form Title"/>
    <w:pPr>
      <w:spacing w:after="0"/>
    </w:pPr>
    <w:rPr>
      <w:rFonts w:ascii="Aptos" w:hAnsi="Aptos"/>
      <w:b/>
      <w:color w:val="102A43"/>
      <w:sz w:val="42"/>
    </w:rPr>
  </w:style>
  <w:style w:type="paragraph" w:customStyle="1" w:styleId="SectionHeading">
    <w:name w:val="Section Heading"/>
    <w:pPr>
      <w:spacing w:after="0"/>
    </w:pPr>
    <w:rPr>
      <w:rFonts w:ascii="Aptos" w:hAnsi="Aptos"/>
      <w:b/>
      <w:color w:val="FFFFFF"/>
      <w:sz w:val="23"/>
    </w:rPr>
  </w:style>
  <w:style w:type="paragraph" w:customStyle="1" w:styleId="Subhead">
    <w:name w:val="Subhead"/>
    <w:pPr>
      <w:spacing w:after="0"/>
    </w:pPr>
    <w:rPr>
      <w:rFonts w:ascii="Aptos" w:hAnsi="Aptos"/>
      <w:b/>
      <w:color w:val="102A43"/>
      <w:sz w:val="20"/>
    </w:rPr>
  </w:style>
  <w:style w:type="paragraph" w:customStyle="1" w:styleId="FieldLabel">
    <w:name w:val="Field Label"/>
    <w:pPr>
      <w:spacing w:after="0"/>
    </w:pPr>
    <w:rPr>
      <w:rFonts w:ascii="Aptos" w:hAnsi="Aptos"/>
      <w:b/>
      <w:color w:val="6B7280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Çin Vize Bilgi Formu</dc:title>
  <dc:subject>Başvuru öncesi bilgi toplama formu</dc:subject>
  <dc:creator/>
  <cp:keywords/>
  <dc:description>Temizlenmiş ve yeniden düzenlenmiş form.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